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aps w:val="0"/>
          <w:color w:val="1F7A5C"/>
          <w:sz w:val="40"/>
        </w:rPr>
        <w:t>Фамилия Имя Отчество</w:t>
      </w:r>
    </w:p>
    <w:p>
      <w:pPr>
        <w:spacing w:after="40"/>
      </w:pPr>
      <w:r>
        <w:rPr>
          <w:b/>
          <w:i w:val="0"/>
          <w:caps w:val="0"/>
          <w:sz w:val="24"/>
        </w:rPr>
        <w:t>[Желаемая должность или стажировка]</w:t>
      </w:r>
    </w:p>
    <w:p>
      <w:pPr>
        <w:spacing w:after="120"/>
      </w:pPr>
      <w:r>
        <w:rPr>
          <w:b w:val="0"/>
          <w:i w:val="0"/>
          <w:caps w:val="0"/>
          <w:color w:val="6B6B6B"/>
        </w:rPr>
        <w:t>[Город] · +7 [номер] · [почта] · [Telegram]</w:t>
      </w:r>
    </w:p>
    <w:p>
      <w:pPr>
        <w:pBdr>
          <w:bottom w:val="single" w:sz="8" w:space="1" w:color="1F7A5C"/>
        </w:pBdr>
        <w:spacing w:after="60" w:before="200"/>
      </w:pPr>
      <w:r>
        <w:rPr>
          <w:b/>
          <w:i w:val="0"/>
          <w:caps/>
          <w:color w:val="1F7A5C"/>
          <w:sz w:val="23"/>
        </w:rPr>
        <w:t>О себе</w:t>
      </w:r>
    </w:p>
    <w:p>
      <w:r>
        <w:rPr>
          <w:b w:val="0"/>
          <w:i/>
          <w:caps w:val="0"/>
          <w:color w:val="6B6B6B"/>
          <w:sz w:val="18"/>
        </w:rPr>
        <w:t>Замените опыт тем, что умеете: 2–3 предложения про специальность, учебные проекты и чем хотите заниматься.</w:t>
      </w:r>
    </w:p>
    <w:p>
      <w:r>
        <w:rPr>
          <w:b w:val="0"/>
          <w:i w:val="0"/>
          <w:caps w:val="0"/>
        </w:rPr>
        <w:t>[Текст]</w:t>
      </w:r>
    </w:p>
    <w:p>
      <w:pPr>
        <w:pBdr>
          <w:bottom w:val="single" w:sz="8" w:space="1" w:color="1F7A5C"/>
        </w:pBdr>
        <w:spacing w:after="60" w:before="200"/>
      </w:pPr>
      <w:r>
        <w:rPr>
          <w:b/>
          <w:i w:val="0"/>
          <w:caps/>
          <w:color w:val="1F7A5C"/>
          <w:sz w:val="23"/>
        </w:rPr>
        <w:t>Образование</w:t>
      </w:r>
    </w:p>
    <w:p>
      <w:r>
        <w:rPr>
          <w:b/>
          <w:i w:val="0"/>
          <w:caps w:val="0"/>
        </w:rPr>
        <w:t>[2022 — 2026] [Вуз или колледж], [факультет], [специальность], [курс или год выпуска]</w:t>
      </w:r>
    </w:p>
    <w:p>
      <w:pPr>
        <w:pStyle w:val="ListBullet"/>
        <w:spacing w:after="20"/>
      </w:pPr>
      <w:r>
        <w:t>Дипломная или курсовая работа: «[тема]» — [что сделали, итог]</w:t>
      </w:r>
    </w:p>
    <w:p>
      <w:pPr>
        <w:pStyle w:val="ListBullet"/>
        <w:spacing w:after="20"/>
      </w:pPr>
      <w:r>
        <w:t>Средний балл: [если 4,5 и выше]</w:t>
      </w:r>
    </w:p>
    <w:p>
      <w:pPr>
        <w:pBdr>
          <w:bottom w:val="single" w:sz="8" w:space="1" w:color="1F7A5C"/>
        </w:pBdr>
        <w:spacing w:after="60" w:before="200"/>
      </w:pPr>
      <w:r>
        <w:rPr>
          <w:b/>
          <w:i w:val="0"/>
          <w:caps/>
          <w:color w:val="1F7A5C"/>
          <w:sz w:val="23"/>
        </w:rPr>
        <w:t>Практика и стажировки</w:t>
      </w:r>
    </w:p>
    <w:p>
      <w:r>
        <w:rPr>
          <w:b/>
          <w:i w:val="0"/>
          <w:caps w:val="0"/>
        </w:rPr>
        <w:t>[мм.гггг — мм.гггг] [Компания], [роль практиканта]</w:t>
      </w:r>
    </w:p>
    <w:p>
      <w:pPr>
        <w:pStyle w:val="ListBullet"/>
        <w:spacing w:after="20"/>
      </w:pPr>
      <w:r>
        <w:t>[что делали своими руками]</w:t>
      </w:r>
    </w:p>
    <w:p>
      <w:pPr>
        <w:pStyle w:val="ListBullet"/>
        <w:spacing w:after="20"/>
      </w:pPr>
      <w:r>
        <w:t>[чему научились, какой результат]</w:t>
      </w:r>
    </w:p>
    <w:p>
      <w:pPr>
        <w:pBdr>
          <w:bottom w:val="single" w:sz="8" w:space="1" w:color="1F7A5C"/>
        </w:pBdr>
        <w:spacing w:after="60" w:before="200"/>
      </w:pPr>
      <w:r>
        <w:rPr>
          <w:b/>
          <w:i w:val="0"/>
          <w:caps/>
          <w:color w:val="1F7A5C"/>
          <w:sz w:val="23"/>
        </w:rPr>
        <w:t>Учебные и личные проекты</w:t>
      </w:r>
    </w:p>
    <w:p>
      <w:pPr>
        <w:pStyle w:val="ListBullet"/>
        <w:spacing w:after="20"/>
      </w:pPr>
      <w:r>
        <w:t>[Проект] — [задача, ваша роль, ссылка на результат]</w:t>
      </w:r>
    </w:p>
    <w:p>
      <w:pPr>
        <w:pStyle w:val="ListBullet"/>
        <w:spacing w:after="20"/>
      </w:pPr>
      <w:r>
        <w:t>[Волонтёрство, студсовет, олимпиада, подработка]</w:t>
      </w:r>
    </w:p>
    <w:p>
      <w:pPr>
        <w:pBdr>
          <w:bottom w:val="single" w:sz="8" w:space="1" w:color="1F7A5C"/>
        </w:pBdr>
        <w:spacing w:after="60" w:before="200"/>
      </w:pPr>
      <w:r>
        <w:rPr>
          <w:b/>
          <w:i w:val="0"/>
          <w:caps/>
          <w:color w:val="1F7A5C"/>
          <w:sz w:val="23"/>
        </w:rPr>
        <w:t>Курсы и сертификаты</w:t>
      </w:r>
    </w:p>
    <w:p>
      <w:pPr>
        <w:pStyle w:val="ListBullet"/>
        <w:spacing w:after="20"/>
      </w:pPr>
      <w:r>
        <w:t>[Год] — [курс], [организация]</w:t>
      </w:r>
    </w:p>
    <w:p>
      <w:pPr>
        <w:pBdr>
          <w:bottom w:val="single" w:sz="8" w:space="1" w:color="1F7A5C"/>
        </w:pBdr>
        <w:spacing w:after="60" w:before="200"/>
      </w:pPr>
      <w:r>
        <w:rPr>
          <w:b/>
          <w:i w:val="0"/>
          <w:caps/>
          <w:color w:val="1F7A5C"/>
          <w:sz w:val="23"/>
        </w:rPr>
        <w:t>Навыки</w:t>
      </w:r>
    </w:p>
    <w:p>
      <w:r>
        <w:rPr>
          <w:b w:val="0"/>
          <w:i w:val="0"/>
          <w:caps w:val="0"/>
        </w:rPr>
        <w:t>[Программы] · [Языки] · [Профессиональные навыки из вакансии]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резюме</dc:title>
  <dc:subject/>
  <dc:creator>checkroi.ru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