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98" w:type="dxa"/>
          <w:left w:w="198" w:type="dxa"/>
          <w:bottom w:w="198" w:type="dxa"/>
          <w:right w:w="198" w:type="dxa"/>
        </w:tblCellMar>
        <w:tblLook w:firstColumn="1" w:firstRow="1" w:lastColumn="0" w:lastRow="0" w:noHBand="0" w:noVBand="1" w:val="04A0"/>
      </w:tblPr>
      <w:tblGrid>
        <w:gridCol w:w="3402"/>
        <w:gridCol w:w="7144"/>
      </w:tblGrid>
      <w:tr>
        <w:trPr>
          <w:trHeight w:val="14854"/>
        </w:trPr>
        <w:tc>
          <w:tcPr>
            <w:tcW w:type="dxa" w:w="3402"/>
            <w:shd w:val="clear" w:color="auto" w:fill="24324A"/>
            <w:tcMar>
              <w:top w:w="255" w:type="dxa"/>
              <w:left w:w="255" w:type="dxa"/>
              <w:bottom w:w="255" w:type="dxa"/>
              <w:right w:w="255" w:type="dxa"/>
            </w:tcMar>
          </w:tcPr>
          <w:p>
            <w:r>
              <w:t xml:space="preserve"> </w:t>
            </w:r>
          </w:p>
          <w:p/>
          <w:p/>
          <w:p>
            <w:pPr>
              <w:jc w:val="center"/>
            </w:pPr>
            <w:r>
              <w:rPr>
                <w:b w:val="0"/>
                <w:i w:val="0"/>
                <w:caps w:val="0"/>
                <w:color w:val="C9D3E0"/>
              </w:rPr>
              <w:t>Фото</w:t>
            </w:r>
          </w:p>
          <w:p>
            <w:pPr>
              <w:spacing w:after="280"/>
              <w:jc w:val="center"/>
            </w:pPr>
            <w:r>
              <w:rPr>
                <w:b w:val="0"/>
                <w:i w:val="0"/>
                <w:caps w:val="0"/>
                <w:color w:val="C9D3E0"/>
                <w:sz w:val="16"/>
              </w:rPr>
              <w:t>или удалите строку</w:t>
            </w:r>
          </w:p>
          <w:p>
            <w:pPr>
              <w:pBdr>
                <w:bottom w:val="single" w:sz="4" w:space="1" w:color="C9D3E0"/>
              </w:pBdr>
              <w:spacing w:after="60" w:before="200"/>
            </w:pPr>
            <w:r>
              <w:rPr>
                <w:b/>
                <w:i w:val="0"/>
                <w:caps/>
                <w:color w:val="FFFFFF"/>
                <w:sz w:val="21"/>
              </w:rPr>
              <w:t>Контакты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+7 [номер]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[почта]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[город]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[ссылка на портфолио]</w:t>
            </w:r>
          </w:p>
          <w:p>
            <w:pPr>
              <w:pBdr>
                <w:bottom w:val="single" w:sz="4" w:space="1" w:color="C9D3E0"/>
              </w:pBdr>
              <w:spacing w:after="60" w:before="200"/>
            </w:pPr>
            <w:r>
              <w:rPr>
                <w:b/>
                <w:i w:val="0"/>
                <w:caps/>
                <w:color w:val="FFFFFF"/>
                <w:sz w:val="21"/>
              </w:rPr>
              <w:t>Навыки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• [навык из вакансии]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• [навык]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• [программа]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• [программа]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• [навык]</w:t>
            </w:r>
          </w:p>
          <w:p>
            <w:pPr>
              <w:pBdr>
                <w:bottom w:val="single" w:sz="4" w:space="1" w:color="C9D3E0"/>
              </w:pBdr>
              <w:spacing w:after="60" w:before="200"/>
            </w:pPr>
            <w:r>
              <w:rPr>
                <w:b/>
                <w:i w:val="0"/>
                <w:caps/>
                <w:color w:val="FFFFFF"/>
                <w:sz w:val="21"/>
              </w:rPr>
              <w:t>Языки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Русский — родной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Английский — [уровень]</w:t>
            </w:r>
          </w:p>
          <w:p>
            <w:pPr>
              <w:pBdr>
                <w:bottom w:val="single" w:sz="4" w:space="1" w:color="C9D3E0"/>
              </w:pBdr>
              <w:spacing w:after="60" w:before="200"/>
            </w:pPr>
            <w:r>
              <w:rPr>
                <w:b/>
                <w:i w:val="0"/>
                <w:caps/>
                <w:color w:val="FFFFFF"/>
                <w:sz w:val="21"/>
              </w:rPr>
              <w:t>Образование</w:t>
            </w:r>
          </w:p>
          <w:p>
            <w:r>
              <w:rPr>
                <w:b w:val="0"/>
                <w:i w:val="0"/>
                <w:caps w:val="0"/>
                <w:color w:val="C9D3E0"/>
                <w:sz w:val="19"/>
              </w:rPr>
              <w:t>[Вуз], [специальность], [год]</w:t>
            </w:r>
          </w:p>
        </w:tc>
        <w:tc>
          <w:tcPr>
            <w:tcW w:type="dxa" w:w="7143"/>
            <w:tcMar>
              <w:top w:w="255" w:type="dxa"/>
              <w:left w:w="255" w:type="dxa"/>
              <w:bottom w:w="255" w:type="dxa"/>
              <w:right w:w="255" w:type="dxa"/>
            </w:tcMar>
          </w:tcPr>
          <w:p>
            <w:r>
              <w:rPr>
                <w:b/>
                <w:color w:val="24324A"/>
                <w:sz w:val="44"/>
              </w:rPr>
              <w:t>Имя Фамилия</w:t>
            </w:r>
          </w:p>
          <w:p>
            <w:pPr>
              <w:spacing w:after="160"/>
            </w:pPr>
            <w:r>
              <w:rPr>
                <w:b/>
                <w:i w:val="0"/>
                <w:caps w:val="0"/>
                <w:color w:val="3D7EC2"/>
                <w:sz w:val="25"/>
              </w:rPr>
              <w:t>[Желаемая должность]</w:t>
            </w:r>
          </w:p>
          <w:p>
            <w:pPr>
              <w:pBdr>
                <w:bottom w:val="single" w:sz="6" w:space="1" w:color="3D7EC2"/>
              </w:pBdr>
              <w:spacing w:after="60" w:before="200"/>
            </w:pPr>
            <w:r>
              <w:rPr>
                <w:b/>
                <w:i w:val="0"/>
                <w:caps/>
                <w:color w:val="24324A"/>
                <w:sz w:val="22"/>
              </w:rPr>
              <w:t>Профиль</w:t>
            </w:r>
          </w:p>
          <w:p>
            <w:r>
              <w:rPr>
                <w:b w:val="0"/>
                <w:i w:val="0"/>
                <w:caps w:val="0"/>
              </w:rPr>
              <w:t>[3 строки: сколько лет в профессии, в чём сильны, главный результат с цифрой]</w:t>
            </w:r>
          </w:p>
          <w:p>
            <w:pPr>
              <w:pBdr>
                <w:bottom w:val="single" w:sz="6" w:space="1" w:color="3D7EC2"/>
              </w:pBdr>
              <w:spacing w:after="60" w:before="200"/>
            </w:pPr>
            <w:r>
              <w:rPr>
                <w:b/>
                <w:i w:val="0"/>
                <w:caps/>
                <w:color w:val="24324A"/>
                <w:sz w:val="22"/>
              </w:rPr>
              <w:t>Опыт работы</w:t>
            </w:r>
          </w:p>
          <w:p>
            <w:pPr>
              <w:spacing w:before="80"/>
            </w:pPr>
            <w:r>
              <w:rPr>
                <w:b/>
              </w:rPr>
              <w:t>[Должность] · [Компания]</w:t>
            </w:r>
          </w:p>
          <w:p>
            <w:r>
              <w:rPr>
                <w:b w:val="0"/>
                <w:i w:val="0"/>
                <w:caps w:val="0"/>
                <w:color w:val="6B6B6B"/>
                <w:sz w:val="19"/>
              </w:rPr>
              <w:t>[2023 — наст. время], [город]</w:t>
            </w:r>
          </w:p>
          <w:p>
            <w:pPr>
              <w:pStyle w:val="ListBullet"/>
              <w:spacing w:after="20"/>
            </w:pPr>
            <w:r>
              <w:rPr>
                <w:sz w:val="20"/>
              </w:rPr>
              <w:t>[достижение: что сделали и какой результат с цифрой]</w:t>
            </w:r>
          </w:p>
          <w:p>
            <w:pPr>
              <w:pStyle w:val="ListBullet"/>
              <w:spacing w:after="20"/>
            </w:pPr>
            <w:r>
              <w:rPr>
                <w:sz w:val="20"/>
              </w:rPr>
              <w:t>[обязанность]</w:t>
            </w:r>
          </w:p>
          <w:p>
            <w:pPr>
              <w:pStyle w:val="ListBullet"/>
              <w:spacing w:after="20"/>
            </w:pPr>
            <w:r>
              <w:rPr>
                <w:sz w:val="20"/>
              </w:rPr>
              <w:t>[обязанность]</w:t>
            </w:r>
          </w:p>
          <w:p>
            <w:pPr>
              <w:spacing w:before="80"/>
            </w:pPr>
            <w:r>
              <w:rPr>
                <w:b/>
              </w:rPr>
              <w:t>[Должность] · [Компания]</w:t>
            </w:r>
          </w:p>
          <w:p>
            <w:r>
              <w:rPr>
                <w:b w:val="0"/>
                <w:i w:val="0"/>
                <w:caps w:val="0"/>
                <w:color w:val="6B6B6B"/>
                <w:sz w:val="19"/>
              </w:rPr>
              <w:t>[2020 — 2023], [город]</w:t>
            </w:r>
          </w:p>
          <w:p>
            <w:pPr>
              <w:pStyle w:val="ListBullet"/>
              <w:spacing w:after="20"/>
            </w:pPr>
            <w:r>
              <w:rPr>
                <w:sz w:val="20"/>
              </w:rPr>
              <w:t>[достижение: что сделали и какой результат с цифрой]</w:t>
            </w:r>
          </w:p>
          <w:p>
            <w:pPr>
              <w:pStyle w:val="ListBullet"/>
              <w:spacing w:after="20"/>
            </w:pPr>
            <w:r>
              <w:rPr>
                <w:sz w:val="20"/>
              </w:rPr>
              <w:t>[обязанность]</w:t>
            </w:r>
          </w:p>
          <w:p>
            <w:pPr>
              <w:pStyle w:val="ListBullet"/>
              <w:spacing w:after="20"/>
            </w:pPr>
            <w:r>
              <w:rPr>
                <w:sz w:val="20"/>
              </w:rPr>
              <w:t>[обязанность]</w:t>
            </w:r>
          </w:p>
          <w:p>
            <w:pPr>
              <w:pBdr>
                <w:bottom w:val="single" w:sz="6" w:space="1" w:color="3D7EC2"/>
              </w:pBdr>
              <w:spacing w:after="60" w:before="200"/>
            </w:pPr>
            <w:r>
              <w:rPr>
                <w:b/>
                <w:i w:val="0"/>
                <w:caps/>
                <w:color w:val="24324A"/>
                <w:sz w:val="22"/>
              </w:rPr>
              <w:t>Курсы</w:t>
            </w:r>
          </w:p>
          <w:p>
            <w:r>
              <w:rPr>
                <w:b w:val="0"/>
                <w:i w:val="0"/>
                <w:caps w:val="0"/>
              </w:rPr>
              <w:t>[Год] — [курс], [организация]</w:t>
            </w:r>
          </w:p>
        </w:tc>
      </w:tr>
    </w:tbl>
    <w:sectPr w:rsidR="00FC693F" w:rsidRPr="0006063C" w:rsidSect="00034616">
      <w:pgSz w:w="11906" w:h="16838"/>
      <w:pgMar w:top="907" w:right="680" w:bottom="90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резюме</dc:title>
  <dc:subject/>
  <dc:creator>checkroi.ru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