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firstColumn="1" w:firstRow="1" w:lastColumn="0" w:lastRow="0" w:noHBand="0" w:noVBand="1" w:val="04A0"/>
      </w:tblPr>
      <w:tblGrid>
        <w:gridCol w:w="2381"/>
        <w:gridCol w:w="7257"/>
      </w:tblGrid>
      <w:tr>
        <w:tc>
          <w:tcPr>
            <w:tcW w:type="dxa" w:w="2381"/>
            <w:shd w:val="clear" w:color="auto" w:fill="E8EEF4"/>
          </w:tcPr>
          <w:p>
            <w:pPr>
              <w:jc w:val="center"/>
            </w:pPr>
          </w:p>
          <w:p/>
          <w:p/>
          <w:p/>
          <w:p>
            <w:pPr>
              <w:jc w:val="center"/>
            </w:pPr>
            <w:r>
              <w:rPr>
                <w:b w:val="0"/>
                <w:i w:val="0"/>
                <w:caps w:val="0"/>
                <w:color w:val="6B6B6B"/>
              </w:rPr>
              <w:t>Фото</w:t>
            </w:r>
          </w:p>
          <w:p>
            <w:pPr>
              <w:jc w:val="center"/>
            </w:pPr>
            <w:r>
              <w:rPr>
                <w:b w:val="0"/>
                <w:i w:val="0"/>
                <w:caps w:val="0"/>
                <w:color w:val="6B6B6B"/>
                <w:sz w:val="16"/>
              </w:rPr>
              <w:t>3 × 4 см, деловой вид</w:t>
            </w:r>
          </w:p>
          <w:p/>
          <w:p/>
          <w:p/>
        </w:tc>
        <w:tc>
          <w:tcPr>
            <w:tcW w:type="dxa" w:w="7257"/>
          </w:tcPr>
          <w:p>
            <w:r>
              <w:rPr>
                <w:b/>
                <w:sz w:val="40"/>
              </w:rPr>
              <w:t>Фамилия Имя Отчество</w:t>
            </w:r>
          </w:p>
          <w:p>
            <w:pPr>
              <w:spacing w:after="120"/>
            </w:pPr>
            <w:r>
              <w:rPr>
                <w:b/>
                <w:i w:val="0"/>
                <w:caps w:val="0"/>
                <w:color w:val="2F5D8A"/>
                <w:sz w:val="24"/>
              </w:rPr>
              <w:t>Желаемая должность: [название из вакансии]</w:t>
            </w:r>
          </w:p>
          <w:p>
            <w:r>
              <w:rPr>
                <w:b w:val="0"/>
                <w:i w:val="0"/>
                <w:caps w:val="0"/>
              </w:rPr>
              <w:t>Город: [город], готовность к переезду: [да/нет]</w:t>
            </w:r>
          </w:p>
          <w:p>
            <w:r>
              <w:rPr>
                <w:b w:val="0"/>
                <w:i w:val="0"/>
                <w:caps w:val="0"/>
              </w:rPr>
              <w:t>Телефон: +7 [номер]</w:t>
            </w:r>
          </w:p>
          <w:p>
            <w:r>
              <w:rPr>
                <w:b w:val="0"/>
                <w:i w:val="0"/>
                <w:caps w:val="0"/>
              </w:rPr>
              <w:t>Почта: [имя@почта.ru]</w:t>
            </w:r>
          </w:p>
          <w:p>
            <w:r>
              <w:rPr>
                <w:b w:val="0"/>
                <w:i w:val="0"/>
                <w:caps w:val="0"/>
              </w:rPr>
              <w:t>Telegram: [@ник]</w:t>
            </w:r>
          </w:p>
          <w:p>
            <w:r>
              <w:rPr>
                <w:b w:val="0"/>
                <w:i w:val="0"/>
                <w:caps w:val="0"/>
              </w:rPr>
              <w:t>Занятость: [полная / частичная], график: [офис / удалённо / гибрид]</w:t>
            </w:r>
          </w:p>
          <w:p>
            <w:r>
              <w:rPr>
                <w:b w:val="0"/>
                <w:i w:val="0"/>
                <w:caps w:val="0"/>
              </w:rPr>
              <w:t>Ожидаемый доход: от [сумма] ₽ на руки</w:t>
            </w:r>
          </w:p>
        </w:tc>
      </w:tr>
    </w:tbl>
    <w:p>
      <w:pPr>
        <w:pBdr>
          <w:bottom w:val="single" w:sz="8" w:space="1" w:color="2F5D8A"/>
        </w:pBdr>
        <w:spacing w:after="60" w:before="200"/>
      </w:pPr>
      <w:r>
        <w:rPr>
          <w:b/>
          <w:i w:val="0"/>
          <w:caps/>
          <w:color w:val="2F5D8A"/>
          <w:sz w:val="23"/>
        </w:rPr>
        <w:t>Опыт работы</w:t>
      </w:r>
    </w:p>
    <w:p>
      <w:r>
        <w:rPr>
          <w:b w:val="0"/>
          <w:i/>
          <w:caps w:val="0"/>
          <w:color w:val="6B6B6B"/>
          <w:sz w:val="18"/>
        </w:rPr>
        <w:t>Последнее место работы — сверху. Для каждого места 3–5 обязанностей и один результат с цифрой.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7597"/>
      </w:tblGrid>
      <w:tr>
        <w:tc>
          <w:tcPr>
            <w:tcW w:type="dxa" w:w="2041"/>
          </w:tcPr>
          <w:p>
            <w:r>
              <w:rPr>
                <w:color w:val="6B6B6B"/>
              </w:rPr>
              <w:t>[мес.] 2023 — наст. время</w:t>
            </w:r>
          </w:p>
        </w:tc>
        <w:tc>
          <w:tcPr>
            <w:tcW w:type="dxa" w:w="7597"/>
          </w:tcPr>
          <w:p>
            <w:r>
              <w:rPr>
                <w:b/>
              </w:rPr>
              <w:t>[Должность]</w:t>
            </w:r>
          </w:p>
          <w:p>
            <w:r>
              <w:rPr>
                <w:b w:val="0"/>
                <w:i w:val="0"/>
                <w:caps w:val="0"/>
                <w:color w:val="6B6B6B"/>
              </w:rPr>
              <w:t>[Компания], [город], [сфера]</w:t>
            </w:r>
          </w:p>
          <w:p>
            <w:pPr>
              <w:pStyle w:val="ListBullet"/>
              <w:spacing w:after="20"/>
            </w:pPr>
            <w:r>
              <w:t>[обязанность, начните с глагола: веду, готовлю, отвечаю]</w:t>
            </w:r>
          </w:p>
          <w:p>
            <w:pPr>
              <w:pStyle w:val="ListBullet"/>
              <w:spacing w:after="20"/>
            </w:pPr>
            <w:r>
              <w:t>[обязанность]</w:t>
            </w:r>
          </w:p>
          <w:p>
            <w:pPr>
              <w:pStyle w:val="ListBullet"/>
              <w:spacing w:after="20"/>
            </w:pPr>
            <w:r>
              <w:t>[обязанность]</w:t>
            </w:r>
          </w:p>
          <w:p>
            <w:r>
              <w:rPr>
                <w:b/>
              </w:rPr>
              <w:t xml:space="preserve">Результат: </w:t>
            </w:r>
            <w:r>
              <w:t>[что изменилось благодаря вам: сократил, увеличил, запустил — с цифрой]</w:t>
            </w:r>
          </w:p>
        </w:tc>
      </w:tr>
    </w:tbl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7597"/>
      </w:tblGrid>
      <w:tr>
        <w:tc>
          <w:tcPr>
            <w:tcW w:type="dxa" w:w="2041"/>
          </w:tcPr>
          <w:p>
            <w:r>
              <w:rPr>
                <w:color w:val="6B6B6B"/>
              </w:rPr>
              <w:t>[мес.] 2020 — [мес.] 2023</w:t>
            </w:r>
          </w:p>
        </w:tc>
        <w:tc>
          <w:tcPr>
            <w:tcW w:type="dxa" w:w="7597"/>
          </w:tcPr>
          <w:p>
            <w:r>
              <w:rPr>
                <w:b/>
              </w:rPr>
              <w:t>[Должность]</w:t>
            </w:r>
          </w:p>
          <w:p>
            <w:r>
              <w:rPr>
                <w:b w:val="0"/>
                <w:i w:val="0"/>
                <w:caps w:val="0"/>
                <w:color w:val="6B6B6B"/>
              </w:rPr>
              <w:t>[Компания], [город], [сфера]</w:t>
            </w:r>
          </w:p>
          <w:p>
            <w:pPr>
              <w:pStyle w:val="ListBullet"/>
              <w:spacing w:after="20"/>
            </w:pPr>
            <w:r>
              <w:t>[обязанность]</w:t>
            </w:r>
          </w:p>
          <w:p>
            <w:pPr>
              <w:pStyle w:val="ListBullet"/>
              <w:spacing w:after="20"/>
            </w:pPr>
            <w:r>
              <w:t>[обязанность]</w:t>
            </w:r>
          </w:p>
          <w:p>
            <w:r>
              <w:rPr>
                <w:b/>
              </w:rPr>
              <w:t xml:space="preserve">Результат: </w:t>
            </w:r>
            <w:r>
              <w:t>[достижение с цифрой]</w:t>
            </w:r>
          </w:p>
        </w:tc>
      </w:tr>
    </w:tbl>
    <w:p>
      <w:pPr>
        <w:pBdr>
          <w:bottom w:val="single" w:sz="8" w:space="1" w:color="2F5D8A"/>
        </w:pBdr>
        <w:spacing w:after="60" w:before="200"/>
      </w:pPr>
      <w:r>
        <w:rPr>
          <w:b/>
          <w:i w:val="0"/>
          <w:caps/>
          <w:color w:val="2F5D8A"/>
          <w:sz w:val="23"/>
        </w:rPr>
        <w:t>Образование</w:t>
      </w:r>
    </w:p>
    <w:p>
      <w:r>
        <w:rPr>
          <w:b w:val="0"/>
          <w:i w:val="0"/>
          <w:caps w:val="0"/>
        </w:rPr>
        <w:t>[Год окончания] — [Учебное заведение], [факультет], [специальность]</w:t>
      </w:r>
    </w:p>
    <w:p>
      <w:pPr>
        <w:pBdr>
          <w:bottom w:val="single" w:sz="8" w:space="1" w:color="2F5D8A"/>
        </w:pBdr>
        <w:spacing w:after="60" w:before="200"/>
      </w:pPr>
      <w:r>
        <w:rPr>
          <w:b/>
          <w:i w:val="0"/>
          <w:caps/>
          <w:color w:val="2F5D8A"/>
          <w:sz w:val="23"/>
        </w:rPr>
        <w:t>Курсы и повышение квалификации</w:t>
      </w:r>
    </w:p>
    <w:p>
      <w:r>
        <w:rPr>
          <w:b w:val="0"/>
          <w:i w:val="0"/>
          <w:caps w:val="0"/>
        </w:rPr>
        <w:t>[Год] — [Название курса], [организация], [документ: удостоверение / сертификат]</w:t>
      </w:r>
    </w:p>
    <w:p>
      <w:pPr>
        <w:pBdr>
          <w:bottom w:val="single" w:sz="8" w:space="1" w:color="2F5D8A"/>
        </w:pBdr>
        <w:spacing w:after="60" w:before="200"/>
      </w:pPr>
      <w:r>
        <w:rPr>
          <w:b/>
          <w:i w:val="0"/>
          <w:caps/>
          <w:color w:val="2F5D8A"/>
          <w:sz w:val="23"/>
        </w:rPr>
        <w:t>Навыки</w:t>
      </w:r>
    </w:p>
    <w:p>
      <w:r>
        <w:rPr>
          <w:b w:val="0"/>
          <w:i w:val="0"/>
          <w:caps w:val="0"/>
        </w:rPr>
        <w:t>[Навык из вакансии] · [программа] · [навык] · [навык] · [язык и уровень]</w:t>
      </w:r>
    </w:p>
    <w:p>
      <w:pPr>
        <w:pBdr>
          <w:bottom w:val="single" w:sz="8" w:space="1" w:color="2F5D8A"/>
        </w:pBdr>
        <w:spacing w:after="60" w:before="200"/>
      </w:pPr>
      <w:r>
        <w:rPr>
          <w:b/>
          <w:i w:val="0"/>
          <w:caps/>
          <w:color w:val="2F5D8A"/>
          <w:sz w:val="23"/>
        </w:rPr>
        <w:t>О себе</w:t>
      </w:r>
    </w:p>
    <w:p>
      <w:r>
        <w:rPr>
          <w:b w:val="0"/>
          <w:i/>
          <w:caps w:val="0"/>
          <w:color w:val="6B6B6B"/>
          <w:sz w:val="18"/>
        </w:rPr>
        <w:t>2–3 предложения: чем полезны работодателю и что умеете лучше всего. Без «ответственный и коммуникабельный».</w:t>
      </w:r>
    </w:p>
    <w:p>
      <w:r>
        <w:rPr>
          <w:b w:val="0"/>
          <w:i w:val="0"/>
          <w:caps w:val="0"/>
        </w:rPr>
        <w:t>[Текст]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резюме</dc:title>
  <dc:subject/>
  <dc:creator>checkroi.ru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