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aps w:val="0"/>
          <w:color w:val="222222"/>
          <w:sz w:val="36"/>
        </w:rPr>
        <w:t>ФАМИЛИЯ Имя Отчество</w:t>
      </w:r>
    </w:p>
    <w:p>
      <w:pPr>
        <w:spacing w:after="80"/>
      </w:pPr>
      <w:r>
        <w:rPr>
          <w:b w:val="0"/>
          <w:i w:val="0"/>
          <w:caps w:val="0"/>
          <w:color w:val="6B6B6B"/>
          <w:sz w:val="24"/>
        </w:rPr>
        <w:t>[Желаемая должность]</w:t>
      </w:r>
    </w:p>
    <w:p>
      <w:pPr>
        <w:pBdr>
          <w:bottom w:val="single" w:sz="6" w:space="1" w:color="222222"/>
        </w:pBdr>
      </w:pPr>
      <w:r>
        <w:rPr>
          <w:b w:val="0"/>
          <w:i w:val="0"/>
          <w:caps w:val="0"/>
          <w:sz w:val="19"/>
        </w:rPr>
        <w:t>[Город]  |  +7 [номер]  |  [имя@почта.ru]  |  [ссылка на портфолио или профиль]</w:t>
      </w:r>
    </w:p>
    <w:p>
      <w:pPr>
        <w:pBdr>
          <w:bottom w:val="single" w:sz="8" w:space="1" w:color="BBBBBB"/>
        </w:pBdr>
        <w:spacing w:after="60" w:before="200"/>
      </w:pPr>
      <w:r>
        <w:rPr>
          <w:b/>
          <w:i w:val="0"/>
          <w:caps/>
          <w:color w:val="222222"/>
          <w:sz w:val="23"/>
        </w:rPr>
        <w:t>Кратко</w:t>
      </w:r>
    </w:p>
    <w:p>
      <w:r>
        <w:rPr>
          <w:b w:val="0"/>
          <w:i w:val="0"/>
          <w:caps w:val="0"/>
        </w:rPr>
        <w:t>[3–4 строки: опыт в годах, специализация, 1–2 главных результата, что ищете]</w:t>
      </w:r>
    </w:p>
    <w:p>
      <w:pPr>
        <w:pBdr>
          <w:bottom w:val="single" w:sz="8" w:space="1" w:color="BBBBBB"/>
        </w:pBdr>
        <w:spacing w:after="60" w:before="200"/>
      </w:pPr>
      <w:r>
        <w:rPr>
          <w:b/>
          <w:i w:val="0"/>
          <w:caps/>
          <w:color w:val="222222"/>
          <w:sz w:val="23"/>
        </w:rPr>
        <w:t>Опыт работы</w:t>
      </w:r>
    </w:p>
    <w:p>
      <w:pPr>
        <w:spacing w:before="80"/>
      </w:pPr>
      <w:r>
        <w:rPr>
          <w:b/>
        </w:rPr>
        <w:t>[Должность]</w:t>
      </w:r>
      <w:r>
        <w:t>, [Компания], [город]</w:t>
      </w:r>
    </w:p>
    <w:p>
      <w:r>
        <w:rPr>
          <w:b w:val="0"/>
          <w:i w:val="0"/>
          <w:caps w:val="0"/>
          <w:color w:val="6B6B6B"/>
          <w:sz w:val="19"/>
        </w:rPr>
        <w:t>[мм.гггг] — наст. время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spacing w:before="80"/>
      </w:pPr>
      <w:r>
        <w:rPr>
          <w:b/>
        </w:rPr>
        <w:t>[Должность]</w:t>
      </w:r>
      <w:r>
        <w:t>, [Компания], [город]</w:t>
      </w:r>
    </w:p>
    <w:p>
      <w:r>
        <w:rPr>
          <w:b w:val="0"/>
          <w:i w:val="0"/>
          <w:caps w:val="0"/>
          <w:color w:val="6B6B6B"/>
          <w:sz w:val="19"/>
        </w:rPr>
        <w:t>[мм.гггг] — [мм.гггг]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pStyle w:val="ListBullet"/>
        <w:spacing w:after="20"/>
      </w:pPr>
      <w:r>
        <w:t>[обязанность или достижение с цифрой]</w:t>
      </w:r>
    </w:p>
    <w:p>
      <w:pPr>
        <w:pBdr>
          <w:bottom w:val="single" w:sz="8" w:space="1" w:color="BBBBBB"/>
        </w:pBdr>
        <w:spacing w:after="60" w:before="200"/>
      </w:pPr>
      <w:r>
        <w:rPr>
          <w:b/>
          <w:i w:val="0"/>
          <w:caps/>
          <w:color w:val="222222"/>
          <w:sz w:val="23"/>
        </w:rPr>
        <w:t>Образование</w:t>
      </w:r>
    </w:p>
    <w:p>
      <w:r>
        <w:rPr>
          <w:b w:val="0"/>
          <w:i w:val="0"/>
          <w:caps w:val="0"/>
        </w:rPr>
        <w:t>[Учебное заведение], [специальность], [год окончания]</w:t>
      </w:r>
    </w:p>
    <w:p>
      <w:pPr>
        <w:pBdr>
          <w:bottom w:val="single" w:sz="8" w:space="1" w:color="BBBBBB"/>
        </w:pBdr>
        <w:spacing w:after="60" w:before="200"/>
      </w:pPr>
      <w:r>
        <w:rPr>
          <w:b/>
          <w:i w:val="0"/>
          <w:caps/>
          <w:color w:val="222222"/>
          <w:sz w:val="23"/>
        </w:rPr>
        <w:t>Навыки</w:t>
      </w:r>
    </w:p>
    <w:p>
      <w:pPr>
        <w:pStyle w:val="ListBullet"/>
        <w:spacing w:after="20"/>
      </w:pPr>
      <w:r>
        <w:t>[Профессиональные навыки: перечислите словами из вакансии]</w:t>
      </w:r>
    </w:p>
    <w:p>
      <w:pPr>
        <w:pStyle w:val="ListBullet"/>
        <w:spacing w:after="20"/>
      </w:pPr>
      <w:r>
        <w:t>[Программы и сервисы: Excel, 1С, CRM и т.п.]</w:t>
      </w:r>
    </w:p>
    <w:p>
      <w:pPr>
        <w:pStyle w:val="ListBullet"/>
        <w:spacing w:after="20"/>
      </w:pPr>
      <w:r>
        <w:t>[Языки: английский — B1]</w:t>
      </w:r>
    </w:p>
    <w:p>
      <w:pPr>
        <w:pBdr>
          <w:bottom w:val="single" w:sz="8" w:space="1" w:color="BBBBBB"/>
        </w:pBdr>
        <w:spacing w:after="60" w:before="200"/>
      </w:pPr>
      <w:r>
        <w:rPr>
          <w:b/>
          <w:i w:val="0"/>
          <w:caps/>
          <w:color w:val="222222"/>
          <w:sz w:val="23"/>
        </w:rPr>
        <w:t>Дополнительно</w:t>
      </w:r>
    </w:p>
    <w:p>
      <w:r>
        <w:rPr>
          <w:b w:val="0"/>
          <w:i w:val="0"/>
          <w:caps w:val="0"/>
        </w:rPr>
        <w:t>[Водительские права, готовность к командировкам, медкнижка — если важно для вакансии]</w:t>
      </w:r>
    </w:p>
    <w:p>
      <w:r>
        <w:rPr>
          <w:b w:val="0"/>
          <w:i/>
          <w:caps w:val="0"/>
          <w:color w:val="6B6B6B"/>
          <w:sz w:val="18"/>
        </w:rPr>
        <w:t>Шаблон без таблиц, колонок и картинок: так резюме без потерь читают формы откликов и программы рекрутеров.</w:t>
      </w:r>
    </w:p>
    <w:sectPr w:rsidR="00FC693F" w:rsidRPr="0006063C" w:rsidSect="00034616">
      <w:pgSz w:w="11906" w:h="16838"/>
      <w:pgMar w:top="907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